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44C14" w14:textId="0315E1BA" w:rsidR="00D103A9" w:rsidRDefault="00D103A9" w:rsidP="00D103A9">
      <w:pPr>
        <w:pStyle w:val="Bezproreda"/>
        <w:jc w:val="center"/>
        <w:rPr>
          <w:sz w:val="24"/>
          <w:szCs w:val="24"/>
          <w:lang w:val="sr-Cyrl-BA"/>
        </w:rPr>
      </w:pPr>
      <w:r w:rsidRPr="00884E90">
        <w:rPr>
          <w:sz w:val="24"/>
          <w:szCs w:val="24"/>
        </w:rPr>
        <w:t xml:space="preserve">ОБРАЗАЦ ЗА </w:t>
      </w:r>
      <w:proofErr w:type="gramStart"/>
      <w:r w:rsidRPr="00884E90">
        <w:rPr>
          <w:sz w:val="24"/>
          <w:szCs w:val="24"/>
        </w:rPr>
        <w:t xml:space="preserve">ПРИЈЕДЛОГ </w:t>
      </w:r>
      <w:r w:rsidR="00765D9F">
        <w:rPr>
          <w:sz w:val="24"/>
          <w:szCs w:val="24"/>
          <w:lang w:val="sr-Cyrl-BA"/>
        </w:rPr>
        <w:t xml:space="preserve"> КАНДИДАТА</w:t>
      </w:r>
      <w:proofErr w:type="gramEnd"/>
      <w:r w:rsidR="00765D9F">
        <w:rPr>
          <w:sz w:val="24"/>
          <w:szCs w:val="24"/>
          <w:lang w:val="sr-Cyrl-BA"/>
        </w:rPr>
        <w:t xml:space="preserve"> ЗА </w:t>
      </w:r>
      <w:r w:rsidRPr="00884E90">
        <w:rPr>
          <w:sz w:val="24"/>
          <w:szCs w:val="24"/>
        </w:rPr>
        <w:t>ДОДЈЕЛ</w:t>
      </w:r>
      <w:r w:rsidR="00765D9F">
        <w:rPr>
          <w:sz w:val="24"/>
          <w:szCs w:val="24"/>
          <w:lang w:val="sr-Cyrl-BA"/>
        </w:rPr>
        <w:t>У</w:t>
      </w:r>
      <w:r w:rsidRPr="00884E90">
        <w:rPr>
          <w:sz w:val="24"/>
          <w:szCs w:val="24"/>
        </w:rPr>
        <w:t xml:space="preserve"> </w:t>
      </w:r>
      <w:r w:rsidR="00765D9F">
        <w:rPr>
          <w:sz w:val="24"/>
          <w:szCs w:val="24"/>
          <w:lang w:val="sr-Cyrl-BA"/>
        </w:rPr>
        <w:t>ГРАД</w:t>
      </w:r>
      <w:r w:rsidRPr="00884E90">
        <w:rPr>
          <w:sz w:val="24"/>
          <w:szCs w:val="24"/>
        </w:rPr>
        <w:t xml:space="preserve">СКИХ ПРИЗНАЊА И НАГРАДА </w:t>
      </w:r>
      <w:r w:rsidR="00765D9F">
        <w:rPr>
          <w:sz w:val="24"/>
          <w:szCs w:val="24"/>
          <w:lang w:val="sr-Cyrl-BA"/>
        </w:rPr>
        <w:t>ГРАДА</w:t>
      </w:r>
      <w:r w:rsidRPr="00884E90">
        <w:rPr>
          <w:sz w:val="24"/>
          <w:szCs w:val="24"/>
        </w:rPr>
        <w:t xml:space="preserve"> ТЕСЛИЋ</w:t>
      </w:r>
      <w:r w:rsidR="00765D9F">
        <w:rPr>
          <w:sz w:val="24"/>
          <w:szCs w:val="24"/>
          <w:lang w:val="sr-Cyrl-BA"/>
        </w:rPr>
        <w:t>А</w:t>
      </w:r>
    </w:p>
    <w:p w14:paraId="31FA8C09" w14:textId="77777777" w:rsidR="00765D9F" w:rsidRPr="00765D9F" w:rsidRDefault="00765D9F" w:rsidP="00D103A9">
      <w:pPr>
        <w:pStyle w:val="Bezproreda"/>
        <w:jc w:val="center"/>
        <w:rPr>
          <w:sz w:val="24"/>
          <w:szCs w:val="24"/>
          <w:lang w:val="sr-Cyrl-BA"/>
        </w:rPr>
      </w:pPr>
    </w:p>
    <w:p w14:paraId="0CA34241" w14:textId="796AABC9" w:rsidR="00765D9F" w:rsidRPr="00765D9F" w:rsidRDefault="00765D9F" w:rsidP="00765D9F">
      <w:pPr>
        <w:pStyle w:val="Bezproreda"/>
        <w:jc w:val="both"/>
        <w:rPr>
          <w:lang w:val="sr-Cyrl-BA"/>
        </w:rPr>
      </w:pPr>
      <w:r w:rsidRPr="00765D9F">
        <w:t>(</w:t>
      </w:r>
      <w:r w:rsidRPr="00765D9F">
        <w:rPr>
          <w:lang w:val="sr-Cyrl-BA"/>
        </w:rPr>
        <w:t>Образац попунити електронски, фонтом „</w:t>
      </w:r>
      <w:proofErr w:type="spellStart"/>
      <w:r w:rsidRPr="00765D9F">
        <w:rPr>
          <w:lang w:val="sr-Latn-RS"/>
        </w:rPr>
        <w:t>Cambria</w:t>
      </w:r>
      <w:proofErr w:type="spellEnd"/>
      <w:r w:rsidRPr="00765D9F">
        <w:rPr>
          <w:lang w:val="sr-Latn-RS"/>
        </w:rPr>
        <w:t xml:space="preserve"> </w:t>
      </w:r>
      <w:proofErr w:type="gramStart"/>
      <w:r w:rsidRPr="00765D9F">
        <w:rPr>
          <w:lang w:val="sr-Latn-RS"/>
        </w:rPr>
        <w:t>12“</w:t>
      </w:r>
      <w:r w:rsidRPr="00765D9F">
        <w:rPr>
          <w:lang w:val="sr-Cyrl-BA"/>
        </w:rPr>
        <w:t xml:space="preserve"> </w:t>
      </w:r>
      <w:r w:rsidRPr="00765D9F">
        <w:t>и</w:t>
      </w:r>
      <w:proofErr w:type="gramEnd"/>
      <w:r w:rsidRPr="00765D9F">
        <w:t xml:space="preserve"> </w:t>
      </w:r>
      <w:proofErr w:type="spellStart"/>
      <w:r w:rsidRPr="00765D9F">
        <w:t>доставити</w:t>
      </w:r>
      <w:proofErr w:type="spellEnd"/>
      <w:r w:rsidRPr="00765D9F">
        <w:t xml:space="preserve"> </w:t>
      </w:r>
      <w:proofErr w:type="spellStart"/>
      <w:r w:rsidRPr="00765D9F">
        <w:t>на</w:t>
      </w:r>
      <w:proofErr w:type="spellEnd"/>
      <w:r w:rsidRPr="00765D9F">
        <w:t xml:space="preserve"> </w:t>
      </w:r>
      <w:proofErr w:type="spellStart"/>
      <w:r w:rsidRPr="00765D9F">
        <w:t>адресу</w:t>
      </w:r>
      <w:proofErr w:type="spellEnd"/>
      <w:r w:rsidRPr="00765D9F">
        <w:t xml:space="preserve">: </w:t>
      </w:r>
      <w:proofErr w:type="spellStart"/>
      <w:r w:rsidRPr="00765D9F">
        <w:t>Скупштина</w:t>
      </w:r>
      <w:proofErr w:type="spellEnd"/>
      <w:r w:rsidRPr="00765D9F">
        <w:t xml:space="preserve"> </w:t>
      </w:r>
      <w:proofErr w:type="spellStart"/>
      <w:r w:rsidRPr="00765D9F">
        <w:t>Града</w:t>
      </w:r>
      <w:proofErr w:type="spellEnd"/>
      <w:r w:rsidRPr="00765D9F">
        <w:t xml:space="preserve"> </w:t>
      </w:r>
      <w:proofErr w:type="spellStart"/>
      <w:r w:rsidRPr="00765D9F">
        <w:t>Теслића</w:t>
      </w:r>
      <w:proofErr w:type="spellEnd"/>
      <w:r w:rsidRPr="00765D9F">
        <w:t xml:space="preserve">, </w:t>
      </w:r>
      <w:proofErr w:type="spellStart"/>
      <w:r w:rsidRPr="00765D9F">
        <w:t>Карађорђева</w:t>
      </w:r>
      <w:proofErr w:type="spellEnd"/>
      <w:r w:rsidRPr="00765D9F">
        <w:t xml:space="preserve"> </w:t>
      </w:r>
      <w:proofErr w:type="spellStart"/>
      <w:r w:rsidRPr="00765D9F">
        <w:t>бр</w:t>
      </w:r>
      <w:proofErr w:type="spellEnd"/>
      <w:r w:rsidRPr="00765D9F">
        <w:t xml:space="preserve">. 18, </w:t>
      </w:r>
      <w:proofErr w:type="spellStart"/>
      <w:r w:rsidRPr="00765D9F">
        <w:t>са</w:t>
      </w:r>
      <w:proofErr w:type="spellEnd"/>
      <w:r w:rsidRPr="00765D9F">
        <w:t xml:space="preserve"> </w:t>
      </w:r>
      <w:proofErr w:type="spellStart"/>
      <w:r w:rsidRPr="00765D9F">
        <w:t>назнаком</w:t>
      </w:r>
      <w:proofErr w:type="spellEnd"/>
      <w:r w:rsidRPr="00765D9F">
        <w:t xml:space="preserve"> </w:t>
      </w:r>
      <w:proofErr w:type="spellStart"/>
      <w:r w:rsidRPr="00765D9F">
        <w:t>Комисији</w:t>
      </w:r>
      <w:proofErr w:type="spellEnd"/>
      <w:r w:rsidRPr="00765D9F">
        <w:t xml:space="preserve"> </w:t>
      </w:r>
      <w:proofErr w:type="spellStart"/>
      <w:r w:rsidRPr="00765D9F">
        <w:t>за</w:t>
      </w:r>
      <w:proofErr w:type="spellEnd"/>
      <w:r w:rsidRPr="00765D9F">
        <w:t xml:space="preserve"> </w:t>
      </w:r>
      <w:proofErr w:type="spellStart"/>
      <w:r w:rsidRPr="00765D9F">
        <w:t>награде</w:t>
      </w:r>
      <w:proofErr w:type="spellEnd"/>
      <w:r w:rsidRPr="00765D9F">
        <w:t xml:space="preserve"> и </w:t>
      </w:r>
      <w:proofErr w:type="spellStart"/>
      <w:r w:rsidRPr="00765D9F">
        <w:t>признања</w:t>
      </w:r>
      <w:proofErr w:type="spellEnd"/>
      <w:r w:rsidRPr="00765D9F">
        <w:t>.</w:t>
      </w:r>
      <w:r w:rsidRPr="00765D9F">
        <w:rPr>
          <w:lang w:val="sr-Cyrl-BA"/>
        </w:rPr>
        <w:t>)</w:t>
      </w:r>
    </w:p>
    <w:p w14:paraId="4754912E" w14:textId="61399735" w:rsidR="00765D9F" w:rsidRPr="00765D9F" w:rsidRDefault="00765D9F" w:rsidP="00D103A9">
      <w:pPr>
        <w:pStyle w:val="Bezproreda"/>
        <w:jc w:val="center"/>
        <w:rPr>
          <w:b/>
          <w:bCs/>
          <w:sz w:val="24"/>
          <w:szCs w:val="24"/>
          <w:lang w:val="sr-Latn-RS"/>
        </w:rPr>
      </w:pPr>
    </w:p>
    <w:p w14:paraId="62BA253D" w14:textId="77777777" w:rsidR="00D103A9" w:rsidRPr="00884E90" w:rsidRDefault="00D103A9" w:rsidP="00D103A9">
      <w:pPr>
        <w:pStyle w:val="Bezproreda"/>
        <w:rPr>
          <w:b/>
          <w:bCs/>
          <w:sz w:val="24"/>
          <w:szCs w:val="24"/>
          <w:lang w:val="sr-Cyrl-BA"/>
        </w:rPr>
      </w:pPr>
    </w:p>
    <w:p w14:paraId="75FAD62B" w14:textId="160F4441" w:rsidR="00D103A9" w:rsidRPr="00884E90" w:rsidRDefault="00D103A9" w:rsidP="00D103A9">
      <w:pPr>
        <w:pStyle w:val="Bezproreda"/>
        <w:rPr>
          <w:b/>
          <w:bCs/>
          <w:sz w:val="24"/>
          <w:szCs w:val="24"/>
          <w:lang w:val="sr-Cyrl-BA"/>
        </w:rPr>
      </w:pPr>
      <w:r w:rsidRPr="00884E90">
        <w:rPr>
          <w:b/>
          <w:bCs/>
          <w:sz w:val="24"/>
          <w:szCs w:val="24"/>
          <w:lang w:val="sr-Cyrl-BA"/>
        </w:rPr>
        <w:t>СКУПШТИНА ГРАДА ТЕСЛИЋА</w:t>
      </w:r>
    </w:p>
    <w:p w14:paraId="47B07CFF" w14:textId="77777777" w:rsidR="00D103A9" w:rsidRPr="00884E90" w:rsidRDefault="00D103A9" w:rsidP="00D103A9">
      <w:pPr>
        <w:pStyle w:val="Bezproreda"/>
        <w:rPr>
          <w:b/>
          <w:bCs/>
          <w:sz w:val="24"/>
          <w:szCs w:val="24"/>
          <w:lang w:val="sr-Cyrl-BA"/>
        </w:rPr>
      </w:pPr>
      <w:r w:rsidRPr="00884E90">
        <w:rPr>
          <w:b/>
          <w:bCs/>
          <w:sz w:val="24"/>
          <w:szCs w:val="24"/>
          <w:lang w:val="sr-Cyrl-BA"/>
        </w:rPr>
        <w:t xml:space="preserve">КОМИСИЈИ ЗА НАГРАДЕ И ПРИЗНАЊЕ </w:t>
      </w:r>
    </w:p>
    <w:p w14:paraId="5301F6F6" w14:textId="1C6FA186" w:rsidR="00C078D0" w:rsidRPr="00884E90" w:rsidRDefault="00C078D0" w:rsidP="00D103A9">
      <w:pPr>
        <w:pStyle w:val="Bezproreda"/>
        <w:rPr>
          <w:sz w:val="24"/>
          <w:szCs w:val="24"/>
        </w:rPr>
      </w:pPr>
    </w:p>
    <w:p w14:paraId="0D6C26F8" w14:textId="6E1CAE06" w:rsidR="00C078D0" w:rsidRPr="00884E90" w:rsidRDefault="00D103A9" w:rsidP="004042F4">
      <w:pPr>
        <w:pStyle w:val="Naslov2"/>
        <w:numPr>
          <w:ilvl w:val="0"/>
          <w:numId w:val="13"/>
        </w:numPr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</w:rPr>
        <w:t>ПОДАЦИ О ПРЕДЛАГАЧУ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884E90" w:rsidRPr="00884E90" w14:paraId="0E304DB2" w14:textId="77777777" w:rsidTr="00D103A9">
        <w:tc>
          <w:tcPr>
            <w:tcW w:w="4320" w:type="dxa"/>
          </w:tcPr>
          <w:p w14:paraId="091FA547" w14:textId="46454D5F" w:rsidR="00C078D0" w:rsidRPr="00884E90" w:rsidRDefault="00D103A9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Назив</w:t>
            </w:r>
            <w:proofErr w:type="spellEnd"/>
            <w:r w:rsidRPr="00884E90">
              <w:rPr>
                <w:sz w:val="24"/>
                <w:szCs w:val="24"/>
              </w:rPr>
              <w:t xml:space="preserve"> / </w:t>
            </w:r>
            <w:proofErr w:type="spellStart"/>
            <w:r w:rsidRPr="00884E90">
              <w:rPr>
                <w:sz w:val="24"/>
                <w:szCs w:val="24"/>
              </w:rPr>
              <w:t>Име</w:t>
            </w:r>
            <w:proofErr w:type="spellEnd"/>
            <w:r w:rsidRPr="00884E90">
              <w:rPr>
                <w:sz w:val="24"/>
                <w:szCs w:val="24"/>
              </w:rPr>
              <w:t xml:space="preserve"> и </w:t>
            </w:r>
            <w:proofErr w:type="spellStart"/>
            <w:r w:rsidRPr="00884E90">
              <w:rPr>
                <w:sz w:val="24"/>
                <w:szCs w:val="24"/>
              </w:rPr>
              <w:t>презиме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предлагача</w:t>
            </w:r>
            <w:proofErr w:type="spellEnd"/>
          </w:p>
        </w:tc>
        <w:tc>
          <w:tcPr>
            <w:tcW w:w="4320" w:type="dxa"/>
          </w:tcPr>
          <w:p w14:paraId="1E145C94" w14:textId="5B661919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7F5B0F19" w14:textId="77777777" w:rsidTr="00D103A9">
        <w:tc>
          <w:tcPr>
            <w:tcW w:w="4320" w:type="dxa"/>
          </w:tcPr>
          <w:p w14:paraId="6E21546B" w14:textId="06A09E98" w:rsidR="00C078D0" w:rsidRPr="00884E90" w:rsidRDefault="00D103A9">
            <w:pPr>
              <w:rPr>
                <w:sz w:val="24"/>
                <w:szCs w:val="24"/>
                <w:lang w:val="sr-Cyrl-BA"/>
              </w:rPr>
            </w:pPr>
            <w:proofErr w:type="spellStart"/>
            <w:r w:rsidRPr="00884E90">
              <w:rPr>
                <w:sz w:val="24"/>
                <w:szCs w:val="24"/>
              </w:rPr>
              <w:t>Правна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форма</w:t>
            </w:r>
            <w:proofErr w:type="spellEnd"/>
            <w:r w:rsidR="00884E90" w:rsidRPr="00884E90">
              <w:rPr>
                <w:sz w:val="24"/>
                <w:szCs w:val="24"/>
                <w:lang w:val="sr-Cyrl-BA"/>
              </w:rPr>
              <w:t xml:space="preserve"> (</w:t>
            </w:r>
            <w:proofErr w:type="spellStart"/>
            <w:r w:rsidR="00884E90" w:rsidRPr="00884E90">
              <w:rPr>
                <w:sz w:val="24"/>
                <w:szCs w:val="24"/>
                <w:lang w:val="sr-Cyrl-BA"/>
              </w:rPr>
              <w:t>озачити</w:t>
            </w:r>
            <w:proofErr w:type="spellEnd"/>
            <w:r w:rsidR="00884E90" w:rsidRPr="00884E90">
              <w:rPr>
                <w:sz w:val="24"/>
                <w:szCs w:val="24"/>
                <w:lang w:val="sr-Cyrl-BA"/>
              </w:rPr>
              <w:t>)</w:t>
            </w:r>
          </w:p>
        </w:tc>
        <w:tc>
          <w:tcPr>
            <w:tcW w:w="4320" w:type="dxa"/>
          </w:tcPr>
          <w:p w14:paraId="0FB073E7" w14:textId="4CD764EF" w:rsidR="00C078D0" w:rsidRPr="00884E90" w:rsidRDefault="00884E9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Орган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власти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Политичка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организација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Мјесна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заједница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Предузеће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Установа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Удружење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грађана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Група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грађана</w:t>
            </w:r>
            <w:proofErr w:type="spellEnd"/>
            <w:r w:rsidRPr="00884E90">
              <w:br/>
            </w:r>
            <w:r w:rsidRPr="00884E90">
              <w:rPr>
                <w:rFonts w:ascii="Segoe UI Symbol" w:hAnsi="Segoe UI Symbol" w:cs="Segoe UI Symbol"/>
              </w:rPr>
              <w:t>☐</w:t>
            </w:r>
            <w:r w:rsidRPr="00884E90">
              <w:t xml:space="preserve"> </w:t>
            </w:r>
            <w:proofErr w:type="spellStart"/>
            <w:r w:rsidRPr="00884E90">
              <w:t>Грађанин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појединац</w:t>
            </w:r>
            <w:proofErr w:type="spellEnd"/>
          </w:p>
        </w:tc>
      </w:tr>
      <w:tr w:rsidR="00884E90" w:rsidRPr="00884E90" w14:paraId="3C51842C" w14:textId="77777777" w:rsidTr="00D103A9">
        <w:tc>
          <w:tcPr>
            <w:tcW w:w="4320" w:type="dxa"/>
          </w:tcPr>
          <w:p w14:paraId="635F3C66" w14:textId="45CA3951" w:rsidR="00C078D0" w:rsidRPr="00884E90" w:rsidRDefault="00D103A9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320" w:type="dxa"/>
          </w:tcPr>
          <w:p w14:paraId="579CFAE2" w14:textId="33FE0A88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373815B2" w14:textId="77777777" w:rsidTr="00D103A9">
        <w:tc>
          <w:tcPr>
            <w:tcW w:w="4320" w:type="dxa"/>
          </w:tcPr>
          <w:p w14:paraId="1E485E2F" w14:textId="6DDC016C" w:rsidR="00C078D0" w:rsidRPr="00884E90" w:rsidRDefault="00D103A9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Контакт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4320" w:type="dxa"/>
          </w:tcPr>
          <w:p w14:paraId="5951EE84" w14:textId="33E6E3FD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00D484F7" w14:textId="77777777" w:rsidTr="00D103A9">
        <w:tc>
          <w:tcPr>
            <w:tcW w:w="4320" w:type="dxa"/>
          </w:tcPr>
          <w:p w14:paraId="7DA51C09" w14:textId="0311E0F0" w:rsidR="00C078D0" w:rsidRPr="00884E90" w:rsidRDefault="00D103A9">
            <w:pPr>
              <w:rPr>
                <w:sz w:val="24"/>
                <w:szCs w:val="24"/>
              </w:rPr>
            </w:pPr>
            <w:r w:rsidRPr="00884E90">
              <w:rPr>
                <w:sz w:val="24"/>
                <w:szCs w:val="24"/>
              </w:rPr>
              <w:t>Е-</w:t>
            </w:r>
            <w:proofErr w:type="spellStart"/>
            <w:r w:rsidRPr="00884E90">
              <w:rPr>
                <w:sz w:val="24"/>
                <w:szCs w:val="24"/>
              </w:rPr>
              <w:t>маил</w:t>
            </w:r>
            <w:proofErr w:type="spellEnd"/>
          </w:p>
        </w:tc>
        <w:tc>
          <w:tcPr>
            <w:tcW w:w="4320" w:type="dxa"/>
          </w:tcPr>
          <w:p w14:paraId="42318552" w14:textId="19320080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5120A290" w14:textId="77777777" w:rsidTr="00D103A9">
        <w:tc>
          <w:tcPr>
            <w:tcW w:w="4320" w:type="dxa"/>
          </w:tcPr>
          <w:p w14:paraId="73FDB9F7" w14:textId="35B00782" w:rsidR="00C078D0" w:rsidRPr="00884E90" w:rsidRDefault="00D103A9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Контакт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особа</w:t>
            </w:r>
            <w:proofErr w:type="spellEnd"/>
          </w:p>
        </w:tc>
        <w:tc>
          <w:tcPr>
            <w:tcW w:w="4320" w:type="dxa"/>
          </w:tcPr>
          <w:p w14:paraId="67D42873" w14:textId="2E49F815" w:rsidR="00C078D0" w:rsidRPr="00884E90" w:rsidRDefault="00C078D0">
            <w:pPr>
              <w:rPr>
                <w:sz w:val="24"/>
                <w:szCs w:val="24"/>
              </w:rPr>
            </w:pPr>
          </w:p>
        </w:tc>
      </w:tr>
    </w:tbl>
    <w:p w14:paraId="6C093F88" w14:textId="509C4079" w:rsidR="00C078D0" w:rsidRDefault="00D103A9">
      <w:pPr>
        <w:pStyle w:val="Naslov2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</w:rPr>
        <w:t>2. ПОДАЦИ О КАНДИДАТУ</w:t>
      </w:r>
    </w:p>
    <w:p w14:paraId="445C1A92" w14:textId="718DCD7F" w:rsidR="00884E90" w:rsidRDefault="00884E90" w:rsidP="00884E90">
      <w:pPr>
        <w:pStyle w:val="StandardWeb"/>
      </w:pPr>
      <w:r w:rsidRPr="00765D9F">
        <w:rPr>
          <w:rStyle w:val="Istaknuto"/>
          <w:i w:val="0"/>
          <w:iCs w:val="0"/>
        </w:rPr>
        <w:t>(</w:t>
      </w:r>
      <w:proofErr w:type="spellStart"/>
      <w:r w:rsidRPr="00765D9F">
        <w:rPr>
          <w:rStyle w:val="Istaknuto"/>
          <w:i w:val="0"/>
          <w:iCs w:val="0"/>
        </w:rPr>
        <w:t>означити</w:t>
      </w:r>
      <w:proofErr w:type="spellEnd"/>
      <w:r w:rsidRPr="00765D9F">
        <w:rPr>
          <w:rStyle w:val="Istaknuto"/>
          <w:i w:val="0"/>
          <w:iCs w:val="0"/>
        </w:rPr>
        <w:t xml:space="preserve"> и </w:t>
      </w:r>
      <w:proofErr w:type="spellStart"/>
      <w:r w:rsidRPr="00765D9F">
        <w:rPr>
          <w:rStyle w:val="Istaknuto"/>
          <w:i w:val="0"/>
          <w:iCs w:val="0"/>
        </w:rPr>
        <w:t>попунити</w:t>
      </w:r>
      <w:proofErr w:type="spellEnd"/>
      <w:r w:rsidRPr="00765D9F">
        <w:rPr>
          <w:rStyle w:val="Istaknuto"/>
          <w:i w:val="0"/>
          <w:iCs w:val="0"/>
        </w:rPr>
        <w:t xml:space="preserve"> </w:t>
      </w:r>
      <w:proofErr w:type="spellStart"/>
      <w:r w:rsidRPr="00765D9F">
        <w:rPr>
          <w:rStyle w:val="Istaknuto"/>
          <w:i w:val="0"/>
          <w:iCs w:val="0"/>
        </w:rPr>
        <w:t>одговарајућу</w:t>
      </w:r>
      <w:proofErr w:type="spellEnd"/>
      <w:r w:rsidRPr="00765D9F">
        <w:rPr>
          <w:rStyle w:val="Istaknuto"/>
          <w:i w:val="0"/>
          <w:iCs w:val="0"/>
        </w:rPr>
        <w:t xml:space="preserve"> </w:t>
      </w:r>
      <w:proofErr w:type="spellStart"/>
      <w:r w:rsidRPr="00765D9F">
        <w:rPr>
          <w:rStyle w:val="Istaknuto"/>
          <w:i w:val="0"/>
          <w:iCs w:val="0"/>
        </w:rPr>
        <w:t>опцију</w:t>
      </w:r>
      <w:proofErr w:type="spellEnd"/>
      <w:r>
        <w:rPr>
          <w:rStyle w:val="Istaknuto"/>
        </w:rPr>
        <w:t>)</w:t>
      </w:r>
    </w:p>
    <w:p w14:paraId="1C743306" w14:textId="760DCE00" w:rsidR="00884E90" w:rsidRDefault="00884E90" w:rsidP="00884E90">
      <w:pPr>
        <w:pStyle w:val="Naslov4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884E90">
        <w:rPr>
          <w:rFonts w:asciiTheme="minorHAnsi" w:hAnsiTheme="minorHAnsi"/>
          <w:color w:val="auto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auto"/>
          <w:sz w:val="24"/>
          <w:szCs w:val="24"/>
        </w:rPr>
        <w:t>Физичко</w:t>
      </w:r>
      <w:proofErr w:type="spellEnd"/>
      <w:r w:rsidRPr="00884E90">
        <w:rPr>
          <w:rFonts w:asciiTheme="minorHAnsi" w:hAnsiTheme="minorHAnsi"/>
          <w:color w:val="auto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auto"/>
          <w:sz w:val="24"/>
          <w:szCs w:val="24"/>
        </w:rPr>
        <w:t>лице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42"/>
        <w:gridCol w:w="4288"/>
      </w:tblGrid>
      <w:tr w:rsidR="00884E90" w14:paraId="755D7A5A" w14:textId="77777777" w:rsidTr="00884E90">
        <w:tc>
          <w:tcPr>
            <w:tcW w:w="4428" w:type="dxa"/>
          </w:tcPr>
          <w:p w14:paraId="7ADAFD5A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Име</w:t>
            </w:r>
            <w:proofErr w:type="spellEnd"/>
            <w:r w:rsidRPr="00884E90">
              <w:rPr>
                <w:sz w:val="24"/>
                <w:szCs w:val="24"/>
              </w:rPr>
              <w:t xml:space="preserve"> и </w:t>
            </w:r>
            <w:proofErr w:type="spellStart"/>
            <w:r w:rsidRPr="00884E90">
              <w:rPr>
                <w:sz w:val="24"/>
                <w:szCs w:val="24"/>
              </w:rPr>
              <w:t>презиме</w:t>
            </w:r>
            <w:proofErr w:type="spellEnd"/>
          </w:p>
          <w:p w14:paraId="71CDC97F" w14:textId="4F018000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7EB809D0" w14:textId="77777777" w:rsidR="00884E90" w:rsidRDefault="00884E90" w:rsidP="00884E90"/>
        </w:tc>
      </w:tr>
      <w:tr w:rsidR="00884E90" w14:paraId="5716F325" w14:textId="77777777" w:rsidTr="00884E90">
        <w:tc>
          <w:tcPr>
            <w:tcW w:w="4428" w:type="dxa"/>
          </w:tcPr>
          <w:p w14:paraId="46D36708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Датум</w:t>
            </w:r>
            <w:proofErr w:type="spellEnd"/>
            <w:r w:rsidRPr="00884E90">
              <w:rPr>
                <w:sz w:val="24"/>
                <w:szCs w:val="24"/>
              </w:rPr>
              <w:t xml:space="preserve"> и </w:t>
            </w:r>
            <w:proofErr w:type="spellStart"/>
            <w:r w:rsidRPr="00884E90">
              <w:rPr>
                <w:sz w:val="24"/>
                <w:szCs w:val="24"/>
              </w:rPr>
              <w:t>мјесто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рођења</w:t>
            </w:r>
            <w:proofErr w:type="spellEnd"/>
          </w:p>
          <w:p w14:paraId="1E2BD066" w14:textId="0FE8C12D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11E69CB8" w14:textId="77777777" w:rsidR="00884E90" w:rsidRDefault="00884E90" w:rsidP="00884E90"/>
        </w:tc>
      </w:tr>
      <w:tr w:rsidR="00884E90" w14:paraId="2CCD796F" w14:textId="77777777" w:rsidTr="00884E90">
        <w:tc>
          <w:tcPr>
            <w:tcW w:w="4428" w:type="dxa"/>
          </w:tcPr>
          <w:p w14:paraId="0AE7E506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Занимање</w:t>
            </w:r>
            <w:proofErr w:type="spellEnd"/>
            <w:r w:rsidRPr="00884E90">
              <w:rPr>
                <w:sz w:val="24"/>
                <w:szCs w:val="24"/>
              </w:rPr>
              <w:t xml:space="preserve"> / </w:t>
            </w:r>
            <w:proofErr w:type="spellStart"/>
            <w:r w:rsidRPr="00884E90">
              <w:rPr>
                <w:sz w:val="24"/>
                <w:szCs w:val="24"/>
              </w:rPr>
              <w:t>функција</w:t>
            </w:r>
            <w:proofErr w:type="spellEnd"/>
          </w:p>
          <w:p w14:paraId="267AA40A" w14:textId="29446F0C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49F3E60E" w14:textId="77777777" w:rsidR="00884E90" w:rsidRDefault="00884E90" w:rsidP="00884E90"/>
        </w:tc>
      </w:tr>
      <w:tr w:rsidR="00884E90" w14:paraId="587193F4" w14:textId="77777777" w:rsidTr="00884E90">
        <w:tc>
          <w:tcPr>
            <w:tcW w:w="4428" w:type="dxa"/>
          </w:tcPr>
          <w:p w14:paraId="11555333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Адреса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пребивалишта</w:t>
            </w:r>
            <w:proofErr w:type="spellEnd"/>
          </w:p>
          <w:p w14:paraId="61B862B3" w14:textId="57BF01F6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79AF62E3" w14:textId="77777777" w:rsidR="00884E90" w:rsidRDefault="00884E90" w:rsidP="00884E90"/>
        </w:tc>
      </w:tr>
      <w:tr w:rsidR="00884E90" w14:paraId="47AB1FF2" w14:textId="77777777" w:rsidTr="00884E90">
        <w:tc>
          <w:tcPr>
            <w:tcW w:w="4428" w:type="dxa"/>
          </w:tcPr>
          <w:p w14:paraId="7FCB83C1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Контакт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телефон</w:t>
            </w:r>
            <w:proofErr w:type="spellEnd"/>
            <w:r w:rsidRPr="00884E90">
              <w:rPr>
                <w:sz w:val="24"/>
                <w:szCs w:val="24"/>
              </w:rPr>
              <w:t xml:space="preserve"> (</w:t>
            </w:r>
            <w:proofErr w:type="spellStart"/>
            <w:r w:rsidRPr="00884E90">
              <w:rPr>
                <w:sz w:val="24"/>
                <w:szCs w:val="24"/>
              </w:rPr>
              <w:t>ако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је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примјењиво</w:t>
            </w:r>
            <w:proofErr w:type="spellEnd"/>
            <w:r w:rsidRPr="00884E90">
              <w:rPr>
                <w:sz w:val="24"/>
                <w:szCs w:val="24"/>
              </w:rPr>
              <w:t>)</w:t>
            </w:r>
          </w:p>
          <w:p w14:paraId="1845CA4A" w14:textId="0467CDEA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486E39C5" w14:textId="77777777" w:rsidR="00884E90" w:rsidRDefault="00884E90" w:rsidP="00884E90"/>
        </w:tc>
      </w:tr>
    </w:tbl>
    <w:p w14:paraId="6BCBF31E" w14:textId="77777777" w:rsidR="00884E90" w:rsidRPr="00884E90" w:rsidRDefault="00884E90" w:rsidP="00884E90"/>
    <w:p w14:paraId="612CC6E2" w14:textId="049B3C72" w:rsidR="00884E90" w:rsidRPr="00884E90" w:rsidRDefault="00884E90" w:rsidP="00884E90">
      <w:pPr>
        <w:pStyle w:val="Naslov4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884E90">
        <w:rPr>
          <w:rFonts w:asciiTheme="minorHAnsi" w:hAnsiTheme="minorHAnsi"/>
          <w:color w:val="auto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auto"/>
          <w:sz w:val="24"/>
          <w:szCs w:val="24"/>
        </w:rPr>
        <w:t>Правно</w:t>
      </w:r>
      <w:proofErr w:type="spellEnd"/>
      <w:r w:rsidRPr="00884E90">
        <w:rPr>
          <w:rFonts w:asciiTheme="minorHAnsi" w:hAnsiTheme="minorHAnsi"/>
          <w:color w:val="auto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auto"/>
          <w:sz w:val="24"/>
          <w:szCs w:val="24"/>
        </w:rPr>
        <w:t>лице</w:t>
      </w:r>
      <w:proofErr w:type="spellEnd"/>
      <w:r w:rsidRPr="00884E90">
        <w:rPr>
          <w:rFonts w:asciiTheme="minorHAnsi" w:hAnsiTheme="minorHAnsi"/>
          <w:color w:val="auto"/>
          <w:sz w:val="24"/>
          <w:szCs w:val="24"/>
        </w:rPr>
        <w:t xml:space="preserve"> / </w:t>
      </w:r>
      <w:proofErr w:type="spellStart"/>
      <w:r>
        <w:rPr>
          <w:rFonts w:asciiTheme="minorHAnsi" w:hAnsiTheme="minorHAnsi"/>
          <w:color w:val="auto"/>
          <w:sz w:val="24"/>
          <w:szCs w:val="24"/>
        </w:rPr>
        <w:t>организација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4"/>
        <w:gridCol w:w="4296"/>
      </w:tblGrid>
      <w:tr w:rsidR="00884E90" w14:paraId="4BB6FA4E" w14:textId="77777777" w:rsidTr="001F7514">
        <w:tc>
          <w:tcPr>
            <w:tcW w:w="4428" w:type="dxa"/>
          </w:tcPr>
          <w:p w14:paraId="6DD8DB1E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Назив</w:t>
            </w:r>
            <w:proofErr w:type="spellEnd"/>
          </w:p>
          <w:p w14:paraId="1BCB68AD" w14:textId="0FD4E4B7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657B7150" w14:textId="77777777" w:rsidR="00884E90" w:rsidRDefault="00884E90" w:rsidP="00884E90"/>
        </w:tc>
      </w:tr>
      <w:tr w:rsidR="00884E90" w14:paraId="5C91DA9E" w14:textId="77777777" w:rsidTr="001F7514">
        <w:tc>
          <w:tcPr>
            <w:tcW w:w="4428" w:type="dxa"/>
          </w:tcPr>
          <w:p w14:paraId="472A6DEA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Сједиште</w:t>
            </w:r>
            <w:proofErr w:type="spellEnd"/>
            <w:r w:rsidRPr="00884E90">
              <w:rPr>
                <w:sz w:val="24"/>
                <w:szCs w:val="24"/>
              </w:rPr>
              <w:t xml:space="preserve"> (</w:t>
            </w:r>
            <w:proofErr w:type="spellStart"/>
            <w:r w:rsidRPr="00884E90">
              <w:rPr>
                <w:sz w:val="24"/>
                <w:szCs w:val="24"/>
              </w:rPr>
              <w:t>адреса</w:t>
            </w:r>
            <w:proofErr w:type="spellEnd"/>
            <w:r w:rsidRPr="00884E90">
              <w:rPr>
                <w:sz w:val="24"/>
                <w:szCs w:val="24"/>
              </w:rPr>
              <w:t>)</w:t>
            </w:r>
          </w:p>
          <w:p w14:paraId="2745B58E" w14:textId="68279AD7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3852D3BD" w14:textId="77777777" w:rsidR="00884E90" w:rsidRDefault="00884E90" w:rsidP="00884E90"/>
        </w:tc>
      </w:tr>
      <w:tr w:rsidR="00884E90" w14:paraId="052A6642" w14:textId="77777777" w:rsidTr="001F7514">
        <w:tc>
          <w:tcPr>
            <w:tcW w:w="4428" w:type="dxa"/>
          </w:tcPr>
          <w:p w14:paraId="1D7614E1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Дјелатност</w:t>
            </w:r>
            <w:proofErr w:type="spellEnd"/>
          </w:p>
          <w:p w14:paraId="661A67FC" w14:textId="79AFA454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1E14205E" w14:textId="77777777" w:rsidR="00884E90" w:rsidRDefault="00884E90" w:rsidP="00884E90"/>
        </w:tc>
      </w:tr>
      <w:tr w:rsidR="00884E90" w14:paraId="422E0EB8" w14:textId="77777777" w:rsidTr="001F7514">
        <w:tc>
          <w:tcPr>
            <w:tcW w:w="4428" w:type="dxa"/>
          </w:tcPr>
          <w:p w14:paraId="19F17B49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Одговорно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лице</w:t>
            </w:r>
            <w:proofErr w:type="spellEnd"/>
          </w:p>
          <w:p w14:paraId="401BFE6B" w14:textId="7D17D8AE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0CFC329B" w14:textId="77777777" w:rsidR="00884E90" w:rsidRDefault="00884E90" w:rsidP="00884E90"/>
        </w:tc>
      </w:tr>
      <w:tr w:rsidR="00884E90" w14:paraId="4721CD26" w14:textId="77777777" w:rsidTr="001F7514">
        <w:tc>
          <w:tcPr>
            <w:tcW w:w="4428" w:type="dxa"/>
          </w:tcPr>
          <w:p w14:paraId="5F9D7B3B" w14:textId="77777777" w:rsidR="00884E90" w:rsidRDefault="00884E90" w:rsidP="00884E90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Контакт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телефон</w:t>
            </w:r>
            <w:proofErr w:type="spellEnd"/>
            <w:r w:rsidRPr="00884E90">
              <w:rPr>
                <w:sz w:val="24"/>
                <w:szCs w:val="24"/>
              </w:rPr>
              <w:t xml:space="preserve"> / е-</w:t>
            </w:r>
            <w:proofErr w:type="spellStart"/>
            <w:r w:rsidRPr="00884E90">
              <w:rPr>
                <w:sz w:val="24"/>
                <w:szCs w:val="24"/>
              </w:rPr>
              <w:t>маил</w:t>
            </w:r>
            <w:proofErr w:type="spellEnd"/>
          </w:p>
          <w:p w14:paraId="604391EB" w14:textId="6597C8BD" w:rsidR="00884E90" w:rsidRPr="00884E90" w:rsidRDefault="00884E90" w:rsidP="00884E90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1B41D1FE" w14:textId="77777777" w:rsidR="00884E90" w:rsidRDefault="00884E90" w:rsidP="00884E90"/>
        </w:tc>
      </w:tr>
    </w:tbl>
    <w:p w14:paraId="3DF6E96F" w14:textId="77777777" w:rsidR="00884E90" w:rsidRPr="00884E90" w:rsidRDefault="00884E90" w:rsidP="00884E90"/>
    <w:p w14:paraId="7DAF970A" w14:textId="7B5A912A" w:rsidR="00C078D0" w:rsidRPr="00884E90" w:rsidRDefault="00D103A9">
      <w:pPr>
        <w:pStyle w:val="Naslov2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</w:rPr>
        <w:t>3. ВРСТА ПРИЗНАЊА (</w:t>
      </w:r>
      <w:proofErr w:type="spellStart"/>
      <w:r w:rsidRPr="00884E90">
        <w:rPr>
          <w:rFonts w:asciiTheme="minorHAnsi" w:hAnsiTheme="minorHAnsi"/>
          <w:color w:val="auto"/>
          <w:sz w:val="24"/>
          <w:szCs w:val="24"/>
        </w:rPr>
        <w:t>означити</w:t>
      </w:r>
      <w:proofErr w:type="spellEnd"/>
      <w:r w:rsidRPr="00884E90">
        <w:rPr>
          <w:rFonts w:asciiTheme="minorHAnsi" w:hAnsiTheme="minorHAnsi"/>
          <w:color w:val="auto"/>
          <w:sz w:val="24"/>
          <w:szCs w:val="24"/>
        </w:rPr>
        <w:t>)</w:t>
      </w:r>
    </w:p>
    <w:p w14:paraId="722509DF" w14:textId="77777777" w:rsidR="00D103A9" w:rsidRPr="00884E90" w:rsidRDefault="00D103A9" w:rsidP="00D103A9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84E90" w:rsidRPr="00884E90" w14:paraId="786B6B4C" w14:textId="77777777">
        <w:tc>
          <w:tcPr>
            <w:tcW w:w="4320" w:type="dxa"/>
          </w:tcPr>
          <w:p w14:paraId="54425E95" w14:textId="3126884A" w:rsidR="00C078D0" w:rsidRPr="00884E90" w:rsidRDefault="0000000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Златна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плакета</w:t>
            </w:r>
            <w:proofErr w:type="spellEnd"/>
            <w:r w:rsidRPr="00884E90">
              <w:rPr>
                <w:sz w:val="24"/>
                <w:szCs w:val="24"/>
              </w:rPr>
              <w:t xml:space="preserve"> „6. </w:t>
            </w:r>
            <w:proofErr w:type="spellStart"/>
            <w:r w:rsidR="00D103A9" w:rsidRPr="00884E90">
              <w:rPr>
                <w:sz w:val="24"/>
                <w:szCs w:val="24"/>
              </w:rPr>
              <w:t>Април</w:t>
            </w:r>
            <w:proofErr w:type="spellEnd"/>
            <w:r w:rsidR="00D103A9" w:rsidRPr="00884E90">
              <w:rPr>
                <w:sz w:val="24"/>
                <w:szCs w:val="24"/>
              </w:rPr>
              <w:t>”</w:t>
            </w:r>
          </w:p>
        </w:tc>
        <w:tc>
          <w:tcPr>
            <w:tcW w:w="4320" w:type="dxa"/>
          </w:tcPr>
          <w:p w14:paraId="11334F07" w14:textId="09AF17AD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578FFDAF" w14:textId="77777777">
        <w:tc>
          <w:tcPr>
            <w:tcW w:w="4320" w:type="dxa"/>
          </w:tcPr>
          <w:p w14:paraId="4C0045CF" w14:textId="3187BD9D" w:rsidR="00C078D0" w:rsidRPr="00884E90" w:rsidRDefault="0000000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Сребрена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плакета</w:t>
            </w:r>
            <w:proofErr w:type="spellEnd"/>
            <w:r w:rsidRPr="00884E90">
              <w:rPr>
                <w:sz w:val="24"/>
                <w:szCs w:val="24"/>
              </w:rPr>
              <w:t xml:space="preserve"> „6. </w:t>
            </w:r>
            <w:proofErr w:type="spellStart"/>
            <w:r w:rsidR="00D103A9" w:rsidRPr="00884E90">
              <w:rPr>
                <w:sz w:val="24"/>
                <w:szCs w:val="24"/>
              </w:rPr>
              <w:t>Април</w:t>
            </w:r>
            <w:proofErr w:type="spellEnd"/>
            <w:r w:rsidR="00D103A9" w:rsidRPr="00884E90">
              <w:rPr>
                <w:sz w:val="24"/>
                <w:szCs w:val="24"/>
              </w:rPr>
              <w:t>”</w:t>
            </w:r>
          </w:p>
        </w:tc>
        <w:tc>
          <w:tcPr>
            <w:tcW w:w="4320" w:type="dxa"/>
          </w:tcPr>
          <w:p w14:paraId="4182F223" w14:textId="1D2BEC31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7AA5DB31" w14:textId="77777777">
        <w:tc>
          <w:tcPr>
            <w:tcW w:w="4320" w:type="dxa"/>
          </w:tcPr>
          <w:p w14:paraId="4A03FBAA" w14:textId="16526856" w:rsidR="00C078D0" w:rsidRPr="00884E90" w:rsidRDefault="00000000">
            <w:pPr>
              <w:rPr>
                <w:sz w:val="24"/>
                <w:szCs w:val="24"/>
                <w:lang w:val="sr-Cyrl-BA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Почасни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грађанин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r w:rsidR="00D103A9" w:rsidRPr="00884E90">
              <w:rPr>
                <w:sz w:val="24"/>
                <w:szCs w:val="24"/>
                <w:lang w:val="sr-Cyrl-BA"/>
              </w:rPr>
              <w:t>Града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Теслић</w:t>
            </w:r>
            <w:proofErr w:type="spellEnd"/>
            <w:r w:rsidR="00D103A9" w:rsidRPr="00884E90">
              <w:rPr>
                <w:sz w:val="24"/>
                <w:szCs w:val="24"/>
                <w:lang w:val="sr-Cyrl-BA"/>
              </w:rPr>
              <w:t>а</w:t>
            </w:r>
          </w:p>
        </w:tc>
        <w:tc>
          <w:tcPr>
            <w:tcW w:w="4320" w:type="dxa"/>
          </w:tcPr>
          <w:p w14:paraId="15DA817A" w14:textId="3910CAF3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767D9DD0" w14:textId="77777777">
        <w:tc>
          <w:tcPr>
            <w:tcW w:w="4320" w:type="dxa"/>
          </w:tcPr>
          <w:p w14:paraId="47D6D7A5" w14:textId="5DD28E54" w:rsidR="00C078D0" w:rsidRPr="00884E90" w:rsidRDefault="00000000">
            <w:pPr>
              <w:rPr>
                <w:sz w:val="24"/>
                <w:szCs w:val="24"/>
                <w:lang w:val="sr-Cyrl-BA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Захвалница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r w:rsidR="00D103A9" w:rsidRPr="00884E90">
              <w:rPr>
                <w:sz w:val="24"/>
                <w:szCs w:val="24"/>
                <w:lang w:val="sr-Cyrl-BA"/>
              </w:rPr>
              <w:t>Града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Теслић</w:t>
            </w:r>
            <w:proofErr w:type="spellEnd"/>
            <w:r w:rsidR="00D103A9" w:rsidRPr="00884E90">
              <w:rPr>
                <w:sz w:val="24"/>
                <w:szCs w:val="24"/>
                <w:lang w:val="sr-Cyrl-BA"/>
              </w:rPr>
              <w:t>а</w:t>
            </w:r>
          </w:p>
        </w:tc>
        <w:tc>
          <w:tcPr>
            <w:tcW w:w="4320" w:type="dxa"/>
          </w:tcPr>
          <w:p w14:paraId="181B9DB3" w14:textId="119E8709" w:rsidR="00C078D0" w:rsidRPr="00884E90" w:rsidRDefault="00C078D0">
            <w:pPr>
              <w:rPr>
                <w:sz w:val="24"/>
                <w:szCs w:val="24"/>
              </w:rPr>
            </w:pPr>
          </w:p>
        </w:tc>
      </w:tr>
    </w:tbl>
    <w:p w14:paraId="4C1C20D5" w14:textId="2B2CA2AB" w:rsidR="00C078D0" w:rsidRPr="00884E90" w:rsidRDefault="00D103A9">
      <w:pPr>
        <w:pStyle w:val="Naslov2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  <w:lang w:val="sr-Latn-RS"/>
        </w:rPr>
        <w:t>4</w:t>
      </w:r>
      <w:r w:rsidRPr="00884E90">
        <w:rPr>
          <w:rFonts w:asciiTheme="minorHAnsi" w:hAnsiTheme="minorHAnsi"/>
          <w:color w:val="auto"/>
          <w:sz w:val="24"/>
          <w:szCs w:val="24"/>
        </w:rPr>
        <w:t>. ОБРАЗЛОЖЕЊЕ</w:t>
      </w: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58"/>
      </w:tblGrid>
      <w:tr w:rsidR="00884E90" w:rsidRPr="00884E90" w14:paraId="0A7A7763" w14:textId="77777777" w:rsidTr="00D103A9">
        <w:tc>
          <w:tcPr>
            <w:tcW w:w="8658" w:type="dxa"/>
          </w:tcPr>
          <w:p w14:paraId="51E0B657" w14:textId="0DC073F1" w:rsidR="00D103A9" w:rsidRPr="00884E90" w:rsidRDefault="00D103A9">
            <w:pPr>
              <w:rPr>
                <w:sz w:val="24"/>
                <w:szCs w:val="24"/>
                <w:lang w:val="sr-Cyrl-BA"/>
              </w:rPr>
            </w:pPr>
            <w:proofErr w:type="spellStart"/>
            <w:r w:rsidRPr="00884E90">
              <w:rPr>
                <w:sz w:val="24"/>
                <w:szCs w:val="24"/>
              </w:rPr>
              <w:t>Кратак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опис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дјелатности</w:t>
            </w:r>
            <w:proofErr w:type="spellEnd"/>
            <w:r w:rsidRPr="00884E90">
              <w:rPr>
                <w:sz w:val="24"/>
                <w:szCs w:val="24"/>
                <w:lang w:val="sr-Cyrl-BA"/>
              </w:rPr>
              <w:t xml:space="preserve"> </w:t>
            </w:r>
            <w:r w:rsidRPr="00884E90">
              <w:t>(</w:t>
            </w:r>
            <w:proofErr w:type="spellStart"/>
            <w:r w:rsidRPr="00884E90">
              <w:t>навести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основне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податке</w:t>
            </w:r>
            <w:proofErr w:type="spellEnd"/>
            <w:r w:rsidRPr="00884E90">
              <w:t xml:space="preserve">, </w:t>
            </w:r>
            <w:proofErr w:type="spellStart"/>
            <w:r w:rsidRPr="00884E90">
              <w:t>трајање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дјеловања</w:t>
            </w:r>
            <w:proofErr w:type="spellEnd"/>
            <w:r w:rsidRPr="00884E90">
              <w:t xml:space="preserve">, </w:t>
            </w:r>
            <w:proofErr w:type="spellStart"/>
            <w:r w:rsidRPr="00884E90">
              <w:t>област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рада</w:t>
            </w:r>
            <w:proofErr w:type="spellEnd"/>
            <w:r w:rsidRPr="00884E90">
              <w:t>)</w:t>
            </w:r>
          </w:p>
          <w:p w14:paraId="48B5F98A" w14:textId="77777777" w:rsidR="00D103A9" w:rsidRPr="00884E90" w:rsidRDefault="00D103A9">
            <w:pPr>
              <w:rPr>
                <w:sz w:val="24"/>
                <w:szCs w:val="24"/>
              </w:rPr>
            </w:pPr>
          </w:p>
          <w:p w14:paraId="2517658A" w14:textId="77777777" w:rsidR="00D103A9" w:rsidRPr="00884E90" w:rsidRDefault="00D103A9">
            <w:pPr>
              <w:rPr>
                <w:sz w:val="24"/>
                <w:szCs w:val="24"/>
              </w:rPr>
            </w:pPr>
          </w:p>
          <w:p w14:paraId="2D14FFC4" w14:textId="77777777" w:rsidR="00D103A9" w:rsidRPr="00884E90" w:rsidRDefault="00D103A9">
            <w:pPr>
              <w:rPr>
                <w:sz w:val="24"/>
                <w:szCs w:val="24"/>
              </w:rPr>
            </w:pPr>
          </w:p>
          <w:p w14:paraId="6E247759" w14:textId="145BB51D" w:rsidR="00D103A9" w:rsidRPr="00884E90" w:rsidRDefault="00D103A9">
            <w:pPr>
              <w:rPr>
                <w:sz w:val="24"/>
                <w:szCs w:val="24"/>
              </w:rPr>
            </w:pPr>
          </w:p>
        </w:tc>
      </w:tr>
      <w:tr w:rsidR="00884E90" w:rsidRPr="00884E90" w14:paraId="041E0936" w14:textId="77777777" w:rsidTr="00D103A9">
        <w:tc>
          <w:tcPr>
            <w:tcW w:w="8658" w:type="dxa"/>
          </w:tcPr>
          <w:p w14:paraId="6F0185D7" w14:textId="7FE3421C" w:rsidR="00D103A9" w:rsidRDefault="00D103A9">
            <w:proofErr w:type="spellStart"/>
            <w:r w:rsidRPr="00884E90">
              <w:rPr>
                <w:sz w:val="24"/>
                <w:szCs w:val="24"/>
              </w:rPr>
              <w:t>Детаљан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опис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резултата</w:t>
            </w:r>
            <w:proofErr w:type="spellEnd"/>
            <w:r w:rsidRPr="00884E90">
              <w:rPr>
                <w:sz w:val="24"/>
                <w:szCs w:val="24"/>
              </w:rPr>
              <w:t xml:space="preserve"> и </w:t>
            </w:r>
            <w:proofErr w:type="spellStart"/>
            <w:r w:rsidRPr="00884E90">
              <w:rPr>
                <w:sz w:val="24"/>
                <w:szCs w:val="24"/>
              </w:rPr>
              <w:t>доприноса</w:t>
            </w:r>
            <w:proofErr w:type="spellEnd"/>
            <w:r w:rsidRPr="00884E90">
              <w:rPr>
                <w:sz w:val="24"/>
                <w:szCs w:val="24"/>
                <w:lang w:val="sr-Cyrl-BA"/>
              </w:rPr>
              <w:t xml:space="preserve"> (</w:t>
            </w:r>
            <w:proofErr w:type="spellStart"/>
            <w:r w:rsidRPr="00884E90">
              <w:t>навести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конкретне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активности</w:t>
            </w:r>
            <w:proofErr w:type="spellEnd"/>
            <w:r w:rsidRPr="00884E90">
              <w:t xml:space="preserve">, </w:t>
            </w:r>
            <w:proofErr w:type="spellStart"/>
            <w:r w:rsidRPr="00884E90">
              <w:t>пројекте</w:t>
            </w:r>
            <w:proofErr w:type="spellEnd"/>
            <w:r w:rsidRPr="00884E90">
              <w:t xml:space="preserve">, </w:t>
            </w:r>
            <w:proofErr w:type="spellStart"/>
            <w:r w:rsidRPr="00884E90">
              <w:t>успјехе</w:t>
            </w:r>
            <w:proofErr w:type="spellEnd"/>
            <w:r w:rsidRPr="00884E90">
              <w:t xml:space="preserve"> и </w:t>
            </w:r>
            <w:proofErr w:type="spellStart"/>
            <w:r w:rsidRPr="00884E90">
              <w:t>њихов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значај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за</w:t>
            </w:r>
            <w:proofErr w:type="spellEnd"/>
            <w:r w:rsidRPr="00884E90">
              <w:t xml:space="preserve"> </w:t>
            </w:r>
            <w:r w:rsidRPr="00884E90">
              <w:rPr>
                <w:lang w:val="sr-Cyrl-BA"/>
              </w:rPr>
              <w:t xml:space="preserve">Град </w:t>
            </w:r>
            <w:proofErr w:type="spellStart"/>
            <w:r w:rsidRPr="00884E90">
              <w:t>Теслић</w:t>
            </w:r>
            <w:proofErr w:type="spellEnd"/>
            <w:r w:rsidRPr="00884E90">
              <w:t>)</w:t>
            </w:r>
          </w:p>
          <w:p w14:paraId="7DCC2661" w14:textId="77777777" w:rsidR="00074D68" w:rsidRDefault="00074D68">
            <w:pPr>
              <w:rPr>
                <w:sz w:val="24"/>
                <w:szCs w:val="24"/>
                <w:lang w:val="sr-Cyrl-BA"/>
              </w:rPr>
            </w:pPr>
          </w:p>
          <w:p w14:paraId="63D4A450" w14:textId="77777777" w:rsidR="00074D68" w:rsidRDefault="00074D68">
            <w:pPr>
              <w:rPr>
                <w:sz w:val="24"/>
                <w:szCs w:val="24"/>
                <w:lang w:val="sr-Cyrl-BA"/>
              </w:rPr>
            </w:pPr>
          </w:p>
          <w:p w14:paraId="6123ED82" w14:textId="77777777" w:rsidR="00074D68" w:rsidRDefault="00074D68">
            <w:pPr>
              <w:rPr>
                <w:sz w:val="24"/>
                <w:szCs w:val="24"/>
                <w:lang w:val="sr-Cyrl-BA"/>
              </w:rPr>
            </w:pPr>
          </w:p>
          <w:p w14:paraId="1742C6C4" w14:textId="7DDB3A3F" w:rsidR="00D103A9" w:rsidRPr="00884E90" w:rsidRDefault="00D103A9">
            <w:pPr>
              <w:rPr>
                <w:sz w:val="24"/>
                <w:szCs w:val="24"/>
              </w:rPr>
            </w:pPr>
          </w:p>
        </w:tc>
      </w:tr>
      <w:tr w:rsidR="00884E90" w:rsidRPr="00884E90" w14:paraId="689EE7B7" w14:textId="77777777" w:rsidTr="00D103A9">
        <w:tc>
          <w:tcPr>
            <w:tcW w:w="8658" w:type="dxa"/>
          </w:tcPr>
          <w:p w14:paraId="62EF93E0" w14:textId="7BE07AFE" w:rsidR="00D103A9" w:rsidRPr="00884E90" w:rsidRDefault="00D103A9">
            <w:pPr>
              <w:rPr>
                <w:sz w:val="24"/>
                <w:szCs w:val="24"/>
                <w:lang w:val="sr-Cyrl-BA"/>
              </w:rPr>
            </w:pPr>
            <w:proofErr w:type="spellStart"/>
            <w:r w:rsidRPr="00884E90">
              <w:rPr>
                <w:sz w:val="24"/>
                <w:szCs w:val="24"/>
              </w:rPr>
              <w:lastRenderedPageBreak/>
              <w:t>Разлози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за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додјелу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признања</w:t>
            </w:r>
            <w:proofErr w:type="spellEnd"/>
            <w:r w:rsidRPr="00884E90">
              <w:rPr>
                <w:sz w:val="24"/>
                <w:szCs w:val="24"/>
                <w:lang w:val="sr-Cyrl-BA"/>
              </w:rPr>
              <w:t xml:space="preserve"> </w:t>
            </w:r>
            <w:r w:rsidRPr="00884E90">
              <w:t>(</w:t>
            </w:r>
            <w:proofErr w:type="spellStart"/>
            <w:r w:rsidRPr="00884E90">
              <w:t>објаснити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зашто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је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кандидат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нарочито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заслужан</w:t>
            </w:r>
            <w:proofErr w:type="spellEnd"/>
            <w:r w:rsidRPr="00884E90">
              <w:t xml:space="preserve"> и </w:t>
            </w:r>
            <w:proofErr w:type="spellStart"/>
            <w:r w:rsidRPr="00884E90">
              <w:t>по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чему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се</w:t>
            </w:r>
            <w:proofErr w:type="spellEnd"/>
            <w:r w:rsidRPr="00884E90">
              <w:t xml:space="preserve"> </w:t>
            </w:r>
            <w:proofErr w:type="spellStart"/>
            <w:r w:rsidRPr="00884E90">
              <w:t>истиче</w:t>
            </w:r>
            <w:proofErr w:type="spellEnd"/>
            <w:r w:rsidRPr="00884E90">
              <w:t>)</w:t>
            </w:r>
          </w:p>
          <w:p w14:paraId="1E2F8335" w14:textId="77777777" w:rsidR="00D103A9" w:rsidRPr="00884E90" w:rsidRDefault="00D103A9">
            <w:pPr>
              <w:rPr>
                <w:sz w:val="24"/>
                <w:szCs w:val="24"/>
              </w:rPr>
            </w:pPr>
          </w:p>
          <w:p w14:paraId="5B74919F" w14:textId="77777777" w:rsidR="00074D68" w:rsidRDefault="00074D68">
            <w:pPr>
              <w:rPr>
                <w:sz w:val="24"/>
                <w:szCs w:val="24"/>
              </w:rPr>
            </w:pPr>
          </w:p>
          <w:p w14:paraId="0F541019" w14:textId="352CBAEB" w:rsidR="00074D68" w:rsidRPr="00884E90" w:rsidRDefault="00074D68">
            <w:pPr>
              <w:rPr>
                <w:sz w:val="24"/>
                <w:szCs w:val="24"/>
              </w:rPr>
            </w:pPr>
          </w:p>
        </w:tc>
      </w:tr>
      <w:tr w:rsidR="00884E90" w:rsidRPr="00884E90" w14:paraId="52507B39" w14:textId="77777777" w:rsidTr="00D103A9">
        <w:tc>
          <w:tcPr>
            <w:tcW w:w="8658" w:type="dxa"/>
          </w:tcPr>
          <w:p w14:paraId="0A69340B" w14:textId="77777777" w:rsidR="00D103A9" w:rsidRPr="00884E90" w:rsidRDefault="00D103A9">
            <w:pPr>
              <w:rPr>
                <w:sz w:val="24"/>
                <w:szCs w:val="24"/>
              </w:rPr>
            </w:pPr>
            <w:proofErr w:type="spellStart"/>
            <w:r w:rsidRPr="00884E90">
              <w:rPr>
                <w:sz w:val="24"/>
                <w:szCs w:val="24"/>
              </w:rPr>
              <w:t>Период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остварених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резултата</w:t>
            </w:r>
            <w:proofErr w:type="spellEnd"/>
          </w:p>
          <w:p w14:paraId="3474FD89" w14:textId="77777777" w:rsidR="00D103A9" w:rsidRPr="00884E90" w:rsidRDefault="00D103A9">
            <w:pPr>
              <w:rPr>
                <w:sz w:val="24"/>
                <w:szCs w:val="24"/>
              </w:rPr>
            </w:pPr>
          </w:p>
          <w:p w14:paraId="7D61F3CE" w14:textId="77777777" w:rsidR="00D103A9" w:rsidRDefault="00D103A9">
            <w:pPr>
              <w:rPr>
                <w:sz w:val="24"/>
                <w:szCs w:val="24"/>
              </w:rPr>
            </w:pPr>
          </w:p>
          <w:p w14:paraId="332C4C12" w14:textId="4F021C15" w:rsidR="00074D68" w:rsidRPr="00884E90" w:rsidRDefault="00074D68">
            <w:pPr>
              <w:rPr>
                <w:sz w:val="24"/>
                <w:szCs w:val="24"/>
              </w:rPr>
            </w:pPr>
          </w:p>
        </w:tc>
      </w:tr>
    </w:tbl>
    <w:p w14:paraId="74941A96" w14:textId="79BA3C76" w:rsidR="00C078D0" w:rsidRPr="00884E90" w:rsidRDefault="00D103A9">
      <w:pPr>
        <w:pStyle w:val="Naslov2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</w:rPr>
        <w:t>5. ПРИЛОЗИ (</w:t>
      </w:r>
      <w:proofErr w:type="spellStart"/>
      <w:r w:rsidRPr="00884E90">
        <w:rPr>
          <w:rFonts w:asciiTheme="minorHAnsi" w:hAnsiTheme="minorHAnsi"/>
          <w:color w:val="auto"/>
          <w:sz w:val="24"/>
          <w:szCs w:val="24"/>
        </w:rPr>
        <w:t>означити</w:t>
      </w:r>
      <w:proofErr w:type="spellEnd"/>
      <w:r w:rsidRPr="00884E90">
        <w:rPr>
          <w:rFonts w:asciiTheme="minorHAnsi" w:hAnsiTheme="minorHAnsi"/>
          <w:color w:val="auto"/>
          <w:sz w:val="24"/>
          <w:szCs w:val="24"/>
        </w:rPr>
        <w:t>)</w:t>
      </w:r>
    </w:p>
    <w:tbl>
      <w:tblPr>
        <w:tblW w:w="13878" w:type="dxa"/>
        <w:tblLook w:val="04A0" w:firstRow="1" w:lastRow="0" w:firstColumn="1" w:lastColumn="0" w:noHBand="0" w:noVBand="1"/>
      </w:tblPr>
      <w:tblGrid>
        <w:gridCol w:w="9558"/>
        <w:gridCol w:w="4320"/>
      </w:tblGrid>
      <w:tr w:rsidR="00884E90" w:rsidRPr="00884E90" w14:paraId="2EC07079" w14:textId="77777777" w:rsidTr="00884E90">
        <w:tc>
          <w:tcPr>
            <w:tcW w:w="9558" w:type="dxa"/>
          </w:tcPr>
          <w:p w14:paraId="02AB3047" w14:textId="5EB0AF13" w:rsidR="00C078D0" w:rsidRPr="00884E90" w:rsidRDefault="00000000">
            <w:pPr>
              <w:rPr>
                <w:sz w:val="24"/>
                <w:szCs w:val="24"/>
                <w:lang w:val="sr-Cyrl-BA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Биографија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r w:rsidR="00884E90" w:rsidRPr="00884E90">
              <w:rPr>
                <w:sz w:val="24"/>
                <w:szCs w:val="24"/>
                <w:lang w:val="sr-Cyrl-BA"/>
              </w:rPr>
              <w:t>(за физичко лице)</w:t>
            </w:r>
          </w:p>
          <w:p w14:paraId="70CCE75F" w14:textId="164705A5" w:rsidR="00884E90" w:rsidRPr="00884E90" w:rsidRDefault="00884E9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Референце</w:t>
            </w:r>
            <w:proofErr w:type="spellEnd"/>
            <w:r w:rsidRPr="00884E90">
              <w:rPr>
                <w:sz w:val="24"/>
                <w:szCs w:val="24"/>
              </w:rPr>
              <w:t xml:space="preserve"> / </w:t>
            </w:r>
            <w:proofErr w:type="spellStart"/>
            <w:r w:rsidRPr="00884E90">
              <w:rPr>
                <w:sz w:val="24"/>
                <w:szCs w:val="24"/>
              </w:rPr>
              <w:t>опис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рада</w:t>
            </w:r>
            <w:proofErr w:type="spellEnd"/>
            <w:r w:rsidRPr="00884E90">
              <w:rPr>
                <w:sz w:val="24"/>
                <w:szCs w:val="24"/>
              </w:rPr>
              <w:t xml:space="preserve"> (</w:t>
            </w:r>
            <w:proofErr w:type="spellStart"/>
            <w:r w:rsidRPr="00884E90">
              <w:rPr>
                <w:sz w:val="24"/>
                <w:szCs w:val="24"/>
              </w:rPr>
              <w:t>за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правно</w:t>
            </w:r>
            <w:proofErr w:type="spellEnd"/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Pr="00884E90">
              <w:rPr>
                <w:sz w:val="24"/>
                <w:szCs w:val="24"/>
              </w:rPr>
              <w:t>лице</w:t>
            </w:r>
            <w:proofErr w:type="spellEnd"/>
            <w:r w:rsidRPr="00884E90">
              <w:rPr>
                <w:sz w:val="24"/>
                <w:szCs w:val="24"/>
              </w:rPr>
              <w:t>)</w:t>
            </w:r>
          </w:p>
        </w:tc>
        <w:tc>
          <w:tcPr>
            <w:tcW w:w="4320" w:type="dxa"/>
          </w:tcPr>
          <w:p w14:paraId="7FD52384" w14:textId="072F40A6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3917F988" w14:textId="77777777" w:rsidTr="00884E90">
        <w:tc>
          <w:tcPr>
            <w:tcW w:w="9558" w:type="dxa"/>
          </w:tcPr>
          <w:p w14:paraId="27A78CA1" w14:textId="66EF90CB" w:rsidR="00C078D0" w:rsidRPr="00884E90" w:rsidRDefault="0000000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884E90" w:rsidRPr="00884E90">
              <w:rPr>
                <w:sz w:val="24"/>
                <w:szCs w:val="24"/>
              </w:rPr>
              <w:t>Докази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 о </w:t>
            </w:r>
            <w:proofErr w:type="spellStart"/>
            <w:r w:rsidR="00884E90" w:rsidRPr="00884E90">
              <w:rPr>
                <w:sz w:val="24"/>
                <w:szCs w:val="24"/>
              </w:rPr>
              <w:t>постигнућима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 (</w:t>
            </w:r>
            <w:proofErr w:type="spellStart"/>
            <w:r w:rsidR="00884E90" w:rsidRPr="00884E90">
              <w:rPr>
                <w:sz w:val="24"/>
                <w:szCs w:val="24"/>
              </w:rPr>
              <w:t>награде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, </w:t>
            </w:r>
            <w:proofErr w:type="spellStart"/>
            <w:r w:rsidR="00884E90" w:rsidRPr="00884E90">
              <w:rPr>
                <w:sz w:val="24"/>
                <w:szCs w:val="24"/>
              </w:rPr>
              <w:t>признања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, </w:t>
            </w:r>
            <w:proofErr w:type="spellStart"/>
            <w:r w:rsidR="00884E90" w:rsidRPr="00884E90">
              <w:rPr>
                <w:sz w:val="24"/>
                <w:szCs w:val="24"/>
              </w:rPr>
              <w:t>медијски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884E90" w:rsidRPr="00884E90">
              <w:rPr>
                <w:sz w:val="24"/>
                <w:szCs w:val="24"/>
              </w:rPr>
              <w:t>чланци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, </w:t>
            </w:r>
            <w:proofErr w:type="spellStart"/>
            <w:r w:rsidR="00884E90" w:rsidRPr="00884E90">
              <w:rPr>
                <w:sz w:val="24"/>
                <w:szCs w:val="24"/>
              </w:rPr>
              <w:t>фотографије</w:t>
            </w:r>
            <w:proofErr w:type="spellEnd"/>
            <w:r w:rsidR="00884E90" w:rsidRPr="00884E90">
              <w:rPr>
                <w:sz w:val="24"/>
                <w:szCs w:val="24"/>
              </w:rPr>
              <w:t xml:space="preserve"> и </w:t>
            </w:r>
            <w:proofErr w:type="spellStart"/>
            <w:r w:rsidR="00884E90" w:rsidRPr="00884E90">
              <w:rPr>
                <w:sz w:val="24"/>
                <w:szCs w:val="24"/>
              </w:rPr>
              <w:t>сл</w:t>
            </w:r>
            <w:proofErr w:type="spellEnd"/>
            <w:r w:rsidR="00884E90" w:rsidRPr="00884E90">
              <w:rPr>
                <w:sz w:val="24"/>
                <w:szCs w:val="24"/>
              </w:rPr>
              <w:t>.)</w:t>
            </w:r>
          </w:p>
        </w:tc>
        <w:tc>
          <w:tcPr>
            <w:tcW w:w="4320" w:type="dxa"/>
          </w:tcPr>
          <w:p w14:paraId="61CAB894" w14:textId="3ACFD10C" w:rsidR="00C078D0" w:rsidRPr="00884E90" w:rsidRDefault="00C078D0">
            <w:pPr>
              <w:rPr>
                <w:sz w:val="24"/>
                <w:szCs w:val="24"/>
              </w:rPr>
            </w:pPr>
          </w:p>
        </w:tc>
      </w:tr>
      <w:tr w:rsidR="00884E90" w:rsidRPr="00884E90" w14:paraId="203B17C9" w14:textId="77777777" w:rsidTr="00884E90">
        <w:tc>
          <w:tcPr>
            <w:tcW w:w="9558" w:type="dxa"/>
          </w:tcPr>
          <w:p w14:paraId="4F5E56FE" w14:textId="77777777" w:rsidR="00C078D0" w:rsidRDefault="00000000">
            <w:pPr>
              <w:rPr>
                <w:sz w:val="24"/>
                <w:szCs w:val="24"/>
              </w:rPr>
            </w:pPr>
            <w:r w:rsidRPr="00884E9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84E90">
              <w:rPr>
                <w:sz w:val="24"/>
                <w:szCs w:val="24"/>
              </w:rPr>
              <w:t xml:space="preserve"> </w:t>
            </w:r>
            <w:proofErr w:type="spellStart"/>
            <w:r w:rsidR="00D103A9" w:rsidRPr="00884E90">
              <w:rPr>
                <w:sz w:val="24"/>
                <w:szCs w:val="24"/>
              </w:rPr>
              <w:t>Остало</w:t>
            </w:r>
            <w:proofErr w:type="spellEnd"/>
          </w:p>
          <w:p w14:paraId="67CCA23B" w14:textId="612F72AC" w:rsidR="00D02ECE" w:rsidRPr="00884E90" w:rsidRDefault="00D02ECE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14:paraId="3078AABE" w14:textId="5193860C" w:rsidR="00C078D0" w:rsidRPr="00884E90" w:rsidRDefault="00C078D0">
            <w:pPr>
              <w:rPr>
                <w:sz w:val="24"/>
                <w:szCs w:val="24"/>
              </w:rPr>
            </w:pPr>
          </w:p>
        </w:tc>
      </w:tr>
    </w:tbl>
    <w:p w14:paraId="160C4EEB" w14:textId="3403F642" w:rsidR="00C078D0" w:rsidRPr="00884E90" w:rsidRDefault="00D103A9">
      <w:pPr>
        <w:pStyle w:val="Naslov2"/>
        <w:rPr>
          <w:rFonts w:asciiTheme="minorHAnsi" w:hAnsiTheme="minorHAnsi"/>
          <w:color w:val="auto"/>
          <w:sz w:val="24"/>
          <w:szCs w:val="24"/>
        </w:rPr>
      </w:pPr>
      <w:r w:rsidRPr="00884E90">
        <w:rPr>
          <w:rFonts w:asciiTheme="minorHAnsi" w:hAnsiTheme="minorHAnsi"/>
          <w:color w:val="auto"/>
          <w:sz w:val="24"/>
          <w:szCs w:val="24"/>
        </w:rPr>
        <w:t>6. ИЗЈАВА ПРЕДЛАГАЧА</w:t>
      </w:r>
    </w:p>
    <w:p w14:paraId="1EF22137" w14:textId="66F0576A" w:rsidR="00D103A9" w:rsidRDefault="00884E90" w:rsidP="00074D68">
      <w:pPr>
        <w:jc w:val="both"/>
        <w:rPr>
          <w:sz w:val="24"/>
          <w:szCs w:val="24"/>
        </w:rPr>
      </w:pPr>
      <w:proofErr w:type="spellStart"/>
      <w:r w:rsidRPr="00884E90">
        <w:rPr>
          <w:sz w:val="24"/>
          <w:szCs w:val="24"/>
        </w:rPr>
        <w:t>Изјављујем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да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су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сви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наведени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подаци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тачни</w:t>
      </w:r>
      <w:proofErr w:type="spellEnd"/>
      <w:r w:rsidRPr="00884E90">
        <w:rPr>
          <w:sz w:val="24"/>
          <w:szCs w:val="24"/>
        </w:rPr>
        <w:t xml:space="preserve"> и </w:t>
      </w:r>
      <w:proofErr w:type="spellStart"/>
      <w:r w:rsidRPr="00884E90">
        <w:rPr>
          <w:sz w:val="24"/>
          <w:szCs w:val="24"/>
        </w:rPr>
        <w:t>да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је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приједлог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поднесен</w:t>
      </w:r>
      <w:proofErr w:type="spellEnd"/>
      <w:r w:rsidRPr="00884E90">
        <w:rPr>
          <w:sz w:val="24"/>
          <w:szCs w:val="24"/>
        </w:rPr>
        <w:t xml:space="preserve"> у </w:t>
      </w:r>
      <w:proofErr w:type="spellStart"/>
      <w:r w:rsidRPr="00884E90">
        <w:rPr>
          <w:sz w:val="24"/>
          <w:szCs w:val="24"/>
        </w:rPr>
        <w:t>складу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са</w:t>
      </w:r>
      <w:proofErr w:type="spellEnd"/>
      <w:r w:rsidRPr="00884E90">
        <w:rPr>
          <w:sz w:val="24"/>
          <w:szCs w:val="24"/>
        </w:rPr>
        <w:t xml:space="preserve"> </w:t>
      </w:r>
      <w:proofErr w:type="spellStart"/>
      <w:r w:rsidRPr="00884E90">
        <w:rPr>
          <w:sz w:val="24"/>
          <w:szCs w:val="24"/>
        </w:rPr>
        <w:t>Одлуком</w:t>
      </w:r>
      <w:proofErr w:type="spellEnd"/>
      <w:r w:rsidRPr="00884E90">
        <w:rPr>
          <w:sz w:val="24"/>
          <w:szCs w:val="24"/>
        </w:rPr>
        <w:t xml:space="preserve"> о </w:t>
      </w:r>
      <w:proofErr w:type="spellStart"/>
      <w:r w:rsidRPr="00884E90">
        <w:rPr>
          <w:sz w:val="24"/>
          <w:szCs w:val="24"/>
        </w:rPr>
        <w:t>признањима</w:t>
      </w:r>
      <w:proofErr w:type="spellEnd"/>
      <w:r w:rsidRPr="00884E90">
        <w:rPr>
          <w:sz w:val="24"/>
          <w:szCs w:val="24"/>
        </w:rPr>
        <w:t xml:space="preserve"> и </w:t>
      </w:r>
      <w:proofErr w:type="spellStart"/>
      <w:r w:rsidRPr="00884E90">
        <w:rPr>
          <w:sz w:val="24"/>
          <w:szCs w:val="24"/>
        </w:rPr>
        <w:t>наградама</w:t>
      </w:r>
      <w:proofErr w:type="spellEnd"/>
      <w:r w:rsidRPr="00884E90">
        <w:rPr>
          <w:sz w:val="24"/>
          <w:szCs w:val="24"/>
        </w:rPr>
        <w:t>.</w:t>
      </w:r>
    </w:p>
    <w:p w14:paraId="71A22389" w14:textId="77777777" w:rsidR="00D02ECE" w:rsidRDefault="00D02ECE" w:rsidP="00074D68">
      <w:pPr>
        <w:jc w:val="both"/>
        <w:rPr>
          <w:sz w:val="24"/>
          <w:szCs w:val="24"/>
        </w:rPr>
      </w:pPr>
    </w:p>
    <w:p w14:paraId="7A961196" w14:textId="642DC132" w:rsidR="00C078D0" w:rsidRDefault="00D103A9">
      <w:pPr>
        <w:rPr>
          <w:sz w:val="24"/>
          <w:szCs w:val="24"/>
        </w:rPr>
      </w:pPr>
      <w:proofErr w:type="spellStart"/>
      <w:r w:rsidRPr="00884E90">
        <w:rPr>
          <w:sz w:val="24"/>
          <w:szCs w:val="24"/>
        </w:rPr>
        <w:t>Мјесто</w:t>
      </w:r>
      <w:proofErr w:type="spellEnd"/>
      <w:r w:rsidRPr="00884E90">
        <w:rPr>
          <w:sz w:val="24"/>
          <w:szCs w:val="24"/>
        </w:rPr>
        <w:t xml:space="preserve"> и </w:t>
      </w:r>
      <w:proofErr w:type="spellStart"/>
      <w:r w:rsidRPr="00884E90">
        <w:rPr>
          <w:sz w:val="24"/>
          <w:szCs w:val="24"/>
        </w:rPr>
        <w:t>датум</w:t>
      </w:r>
      <w:proofErr w:type="spellEnd"/>
      <w:r w:rsidRPr="00884E90">
        <w:rPr>
          <w:sz w:val="24"/>
          <w:szCs w:val="24"/>
        </w:rPr>
        <w:t xml:space="preserve">: _____________________                        </w:t>
      </w:r>
      <w:proofErr w:type="spellStart"/>
      <w:r w:rsidRPr="00884E90">
        <w:rPr>
          <w:sz w:val="24"/>
          <w:szCs w:val="24"/>
        </w:rPr>
        <w:t>Потпис</w:t>
      </w:r>
      <w:proofErr w:type="spellEnd"/>
      <w:r w:rsidRPr="00884E90">
        <w:rPr>
          <w:sz w:val="24"/>
          <w:szCs w:val="24"/>
        </w:rPr>
        <w:t xml:space="preserve"> / </w:t>
      </w:r>
      <w:proofErr w:type="spellStart"/>
      <w:r w:rsidRPr="00884E90">
        <w:rPr>
          <w:sz w:val="24"/>
          <w:szCs w:val="24"/>
        </w:rPr>
        <w:t>Печат</w:t>
      </w:r>
      <w:proofErr w:type="spellEnd"/>
      <w:r w:rsidRPr="00884E90">
        <w:rPr>
          <w:sz w:val="24"/>
          <w:szCs w:val="24"/>
        </w:rPr>
        <w:t>: _____________________</w:t>
      </w:r>
    </w:p>
    <w:p w14:paraId="5F12900D" w14:textId="77777777" w:rsidR="00765D9F" w:rsidRPr="00884E90" w:rsidRDefault="00765D9F">
      <w:pPr>
        <w:rPr>
          <w:sz w:val="24"/>
          <w:szCs w:val="24"/>
        </w:rPr>
      </w:pPr>
    </w:p>
    <w:sectPr w:rsidR="00765D9F" w:rsidRPr="00884E90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96DC7" w14:textId="77777777" w:rsidR="0036523D" w:rsidRDefault="0036523D" w:rsidP="00765D9F">
      <w:pPr>
        <w:spacing w:after="0" w:line="240" w:lineRule="auto"/>
      </w:pPr>
      <w:r>
        <w:separator/>
      </w:r>
    </w:p>
  </w:endnote>
  <w:endnote w:type="continuationSeparator" w:id="0">
    <w:p w14:paraId="0BADBEDA" w14:textId="77777777" w:rsidR="0036523D" w:rsidRDefault="0036523D" w:rsidP="0076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242637"/>
      <w:docPartObj>
        <w:docPartGallery w:val="Page Numbers (Bottom of Page)"/>
        <w:docPartUnique/>
      </w:docPartObj>
    </w:sdtPr>
    <w:sdtContent>
      <w:p w14:paraId="6DFAFC3F" w14:textId="410F88AB" w:rsidR="00765D9F" w:rsidRDefault="00765D9F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7129B11" wp14:editId="41EBD31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3BB74" w14:textId="77777777" w:rsidR="00765D9F" w:rsidRDefault="00765D9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  <w:lang w:val="hr-HR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7129B11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7FD3BB74" w14:textId="77777777" w:rsidR="00765D9F" w:rsidRDefault="00765D9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  <w:lang w:val="hr-HR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16C78" w14:textId="77777777" w:rsidR="0036523D" w:rsidRDefault="0036523D" w:rsidP="00765D9F">
      <w:pPr>
        <w:spacing w:after="0" w:line="240" w:lineRule="auto"/>
      </w:pPr>
      <w:r>
        <w:separator/>
      </w:r>
    </w:p>
  </w:footnote>
  <w:footnote w:type="continuationSeparator" w:id="0">
    <w:p w14:paraId="6BD3F4F7" w14:textId="77777777" w:rsidR="0036523D" w:rsidRDefault="0036523D" w:rsidP="00765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A3721"/>
    <w:multiLevelType w:val="hybridMultilevel"/>
    <w:tmpl w:val="405EE69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77A23"/>
    <w:multiLevelType w:val="multilevel"/>
    <w:tmpl w:val="BC42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A3C7B"/>
    <w:multiLevelType w:val="multilevel"/>
    <w:tmpl w:val="E1D4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641A9C"/>
    <w:multiLevelType w:val="hybridMultilevel"/>
    <w:tmpl w:val="4C04B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171942">
    <w:abstractNumId w:val="8"/>
  </w:num>
  <w:num w:numId="2" w16cid:durableId="44062851">
    <w:abstractNumId w:val="6"/>
  </w:num>
  <w:num w:numId="3" w16cid:durableId="33580818">
    <w:abstractNumId w:val="5"/>
  </w:num>
  <w:num w:numId="4" w16cid:durableId="588658656">
    <w:abstractNumId w:val="4"/>
  </w:num>
  <w:num w:numId="5" w16cid:durableId="221596065">
    <w:abstractNumId w:val="7"/>
  </w:num>
  <w:num w:numId="6" w16cid:durableId="2013560377">
    <w:abstractNumId w:val="3"/>
  </w:num>
  <w:num w:numId="7" w16cid:durableId="651757698">
    <w:abstractNumId w:val="2"/>
  </w:num>
  <w:num w:numId="8" w16cid:durableId="675570108">
    <w:abstractNumId w:val="1"/>
  </w:num>
  <w:num w:numId="9" w16cid:durableId="125201202">
    <w:abstractNumId w:val="0"/>
  </w:num>
  <w:num w:numId="10" w16cid:durableId="710803689">
    <w:abstractNumId w:val="9"/>
  </w:num>
  <w:num w:numId="11" w16cid:durableId="91751717">
    <w:abstractNumId w:val="11"/>
  </w:num>
  <w:num w:numId="12" w16cid:durableId="2128741560">
    <w:abstractNumId w:val="10"/>
  </w:num>
  <w:num w:numId="13" w16cid:durableId="5728582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D68"/>
    <w:rsid w:val="0015074B"/>
    <w:rsid w:val="0029639D"/>
    <w:rsid w:val="00326F90"/>
    <w:rsid w:val="00332AFE"/>
    <w:rsid w:val="0036523D"/>
    <w:rsid w:val="004042F4"/>
    <w:rsid w:val="00765D9F"/>
    <w:rsid w:val="00884E90"/>
    <w:rsid w:val="00AA1D8D"/>
    <w:rsid w:val="00B47730"/>
    <w:rsid w:val="00C078D0"/>
    <w:rsid w:val="00CB0664"/>
    <w:rsid w:val="00D02ECE"/>
    <w:rsid w:val="00D103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CC51E4"/>
  <w14:defaultImageDpi w14:val="300"/>
  <w15:docId w15:val="{1BE563F6-180B-472A-BD1A-59854A6D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semiHidden/>
    <w:unhideWhenUsed/>
    <w:rsid w:val="00884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765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3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Jelic Slaven</cp:lastModifiedBy>
  <cp:revision>4</cp:revision>
  <dcterms:created xsi:type="dcterms:W3CDTF">2026-01-20T11:48:00Z</dcterms:created>
  <dcterms:modified xsi:type="dcterms:W3CDTF">2026-01-26T06:40:00Z</dcterms:modified>
  <cp:category/>
</cp:coreProperties>
</file>